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משפטים שימושיים בעולם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משפטים שימושיים בחנות, בעבודה ובבנק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ואיפה להשתמש בכל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פיננסיים בסיסיים כמו קבלה, תלוש שכר וריבית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המשפטים - איפה נשתמש בהם?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כשקונים משהו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כמה ריבית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שאף אחד לא יוכל להשתמש בכסף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להראות כמה הרווחנו ואילו ניכויים היו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משפט ומקום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קבלה מגינה על הקונה בכל קנייה, גדולה או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הקוד הסודי הוא אישי ואסור למסור אותו לאף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תפקידו של תלוש השכר.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הריבית יכולה להשתנות בין בנקים וסוגי חשבונות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דרך טובה לחסוך כסף בקנייה.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שיחה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השיחה כוללת לפחות שלושה משפטים מהרשימה, מתאימה למקום שנבחר (חנות/עבודה/בנק), והמשפטים נכונים מבחינה דקדוקית והגיונית בהקשר.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מתאים לחנות כמו כמה זה עולה או אפשר 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מתאים לבנק כמו כמה ריבית יש או אני רוצה לפתוח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לזכור לא למסור את הקוד הסודי לאף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המשפטים בקול רם בזוגות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הכתיבה לדוגמאות מהחיים האמיתיים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לחיזוק המודעות לשמירה על קוד סודי ואבטחת מידע פיננסי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משפטים שימושיים בעולם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משפטים חשובים. אפשר להשתמש בהם בחנות, בעבודה ובבנק.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שקנינו ושילמנו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תלוש שכר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שמראה כמה כסף הרווחנו בעבודה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כסף שמשלמים או מקבלים בבנק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חשבון בנק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בבנק ששומרים בו את הכסף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שכר לשעה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מקבלים על כל שעת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מנוחה קצר בזמן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אישי ששומר על הכסף שלנו בבנק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נמוך יותר ממחיר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המשפטים - איפה נשתמש בהם?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שואלים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מבקשים תלוש 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אומרים אפשר קבלה בבקשה?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כשקונים משהו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כשפותחים חשבון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כשמבקשים הפסקה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כשרוצים לדעת על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שואלים בבנק על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ריבית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יש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משהו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לשמור על הקוד הסודי?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שאף אחד לא יוכל להשתמש בכסף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לקבל הנחה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לקבל שכר גבוה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לקצר את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משמש תלוש השכר?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כמה הרווחנו ואילו ניכויים היו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מחיר מוצר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ריבית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להראות זמן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משפט ומקום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כמה זה עולה?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רוצה לפתוח חשבון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מתי יש הפסקה?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כמה ריבית יש?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 משהו זול יותר?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רוצה __________ בבקשה, אחרי הקנייה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כמה __________ יש על ההלוואה בבנק?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עובד/ת ומקבל/ת __________ של 32 שקלים לשעה.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בעבודה חשוב לדעת מתי יש __________ כדי לנוח.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לא נותן/נותנת את ה__________ הסודי שלי לאף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קבלה גם אם קונים דבר קטן וזול.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למסור את הקוד הסודי לבנק לחבר טוב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מראה כמה כסף הרווחנו וכמה נוכה מהמשכורת.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בבנק היא תמיד זהה בכל החשבונות.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בחנות אם יש מוצר זול יותר כדי לחסוך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(4-6 משפטים) בין שני אנשים בחנות, בעבודה או בבנק. השתמשו בלפחות שלושה מהמשפטים שלמדנו בדף.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שאפשר להגיד בחנות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שאפשר להגיד בבנק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לגבי הקוד הסודי בבנק?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משפטים שימושיים בעולם הכסף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