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משפטים שימושיים בעולם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משפטים שימושיים בחנות, בעבודה ובבנק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ואיפה להשתמש בכל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פיננסיים בסיסיים כמו קבלה, תלוש שכר וריבית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המשפטים - איפה נשתמש בהם?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כשקונים משהו בחנות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משפט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(בנק)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קבלה מגינה על הקונה בכל קנייה, גדולה או קטנה.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 של תלוש השכר.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שיחה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השיחה כוללת לפחות שלושה משפטים מהרשימה, מתאימה למקום שנבחר (חנות/עבודה/בנק), והמשפטים נכונים מבחינה דקדוקית והגיונית בהקשר.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מתאים לחנות כמו כמה זה עולה או אפשר 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מתאים לבנק כמו כמה ריבית יש או אני רוצה לפתוח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לזכור לא למסור את הקוד הסודי לאף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המשפטים בקול רם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הכתיבה לדוגמאות מהחיים האמיתיים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לחיזוק המודעות לשמירה על קוד סודי ואבטחת מידע פיננסי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משפטים שימושיים בעולם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משפטים שימושיים שאפשר להשתמש בהם בחנות, בעבודה ובבנק, ונבין את המושגים הפיננסיים שמאחוריהם.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קבלה  ·  ריבית  ·  שכר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המשפטים - איפה נשתמש בהם?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מקום נשאל 'כמה זה עולה?'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מקום נבקש 'תלוש שכר'?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נשתמש במשפט 'אפשר קבלה בבקשה?'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כשקונים משהו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כשפותחים חשבון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כשמבקשים הפסקה בעבודה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- משפט ומקום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כמה זה עולה?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רוצה לפתוח חשבון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 יש הפסקה?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כמה ריבית יש?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רוצה __________ בבקשה, אחרי הקנייה בחנות.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כמה __________ יש על ההלוואה בבנק?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אני עובד/ת ומקבל/ת __________ של 32 שקלים לשעה.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לבקש קבלה גם אם קונים דבר קטן וזול.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תלוש שכר מראה כמה כסף הרווחנו וכמה נוכה מהמשכורת.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שיחה קצרה (4-6 משפטים) בין שני אנשים בחנות, בעבודה או בבנק. השתמשו בלפחות שלושה מהמשפטים שלמדנו בדף.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שאפשר להגיד בחנות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שאפשר להגיד בבנק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משפטים שימושיים בעולם הכסף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